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Georgia" w:hAnsi="Georgia"/>
          <w:b/>
          <w:color w:val="414C39"/>
          <w:sz w:val="34"/>
        </w:rPr>
        <w:t>ASHFERN &amp; IRON LLC</w:t>
      </w:r>
    </w:p>
    <w:p>
      <w:pPr>
        <w:spacing w:after="40"/>
        <w:jc w:val="center"/>
      </w:pPr>
      <w:r>
        <w:rPr>
          <w:rFonts w:ascii="Georgia" w:hAnsi="Georgia"/>
          <w:b/>
          <w:color w:val="604530"/>
          <w:sz w:val="29"/>
        </w:rPr>
        <w:t>Product Experience &amp; Feedback Form</w:t>
      </w:r>
    </w:p>
    <w:p>
      <w:pPr>
        <w:spacing w:after="60"/>
        <w:jc w:val="center"/>
      </w:pPr>
      <w:r>
        <w:rPr>
          <w:i/>
          <w:sz w:val="17"/>
        </w:rPr>
        <w:t>Thank you for sharing your experience. Your feedback helps us improve our handcrafted products and understand how customers use them in personal ritual, home-fragrance, and intention-setting practices.</w:t>
      </w:r>
    </w:p>
    <w:tbl>
      <w:tblPr>
        <w:tblW w:type="auto" w:w="0"/>
        <w:jc w:val="center"/>
        <w:tblLook w:firstColumn="1" w:firstRow="1" w:lastColumn="0" w:lastRow="0" w:noHBand="0" w:noVBand="1" w:val="04A0"/>
      </w:tblPr>
      <w:tblGrid>
        <w:gridCol w:w="10570"/>
      </w:tblGrid>
      <w:tr>
        <w:trPr>
          <w:cantSplit/>
        </w:trPr>
        <w:tc>
          <w:tcPr>
            <w:tcW w:type="dxa" w:w="10570"/>
            <w:shd w:fill="E8E1D5"/>
            <w:tcMar>
              <w:top w:w="40" w:type="dxa"/>
              <w:start w:w="100" w:type="dxa"/>
              <w:bottom w:w="40" w:type="dxa"/>
              <w:end w:w="100" w:type="dxa"/>
            </w:tcMar>
          </w:tcPr>
          <w:p>
            <w:pPr>
              <w:spacing w:after="0"/>
            </w:pPr>
            <w:r>
              <w:rPr>
                <w:rFonts w:ascii="Georgia" w:hAnsi="Georgia"/>
                <w:b/>
                <w:color w:val="414C39"/>
                <w:sz w:val="20"/>
              </w:rPr>
              <w:t>1. ABOUT YOU &amp; THE PRODUCT</w:t>
            </w:r>
          </w:p>
        </w:tc>
      </w:tr>
    </w:tbl>
    <w:p>
      <w:pPr>
        <w:spacing w:after="0" w:before="0"/>
      </w:pPr>
    </w:p>
    <w:tbl>
      <w:tblPr>
        <w:tblStyle w:val="TableGrid"/>
        <w:tblW w:type="auto" w:w="0"/>
        <w:jc w:val="center"/>
        <w:tblLook w:firstColumn="1" w:firstRow="1" w:lastColumn="0" w:lastRow="0" w:noHBand="0" w:noVBand="1" w:val="04A0"/>
      </w:tblPr>
      <w:tblGrid>
        <w:gridCol w:w="5285"/>
        <w:gridCol w:w="5285"/>
      </w:tblGrid>
      <w:tr>
        <w:trPr>
          <w:cantSplit/>
        </w:trPr>
        <w:tc>
          <w:tcPr>
            <w:tcW w:type="dxa" w:w="5285"/>
            <w:tcMar>
              <w:top w:w="65" w:type="dxa"/>
              <w:start w:w="90" w:type="dxa"/>
              <w:bottom w:w="65" w:type="dxa"/>
              <w:end w:w="90" w:type="dxa"/>
            </w:tcMar>
            <w:vAlign w:val="center"/>
          </w:tcPr>
          <w:p>
            <w:pPr>
              <w:spacing w:after="0"/>
            </w:pPr>
            <w:r>
              <w:t>Name (optional):</w:t>
            </w:r>
          </w:p>
        </w:tc>
        <w:tc>
          <w:tcPr>
            <w:tcW w:type="dxa" w:w="5285"/>
            <w:tcMar>
              <w:top w:w="65" w:type="dxa"/>
              <w:start w:w="90" w:type="dxa"/>
              <w:bottom w:w="65" w:type="dxa"/>
              <w:end w:w="90" w:type="dxa"/>
            </w:tcMar>
            <w:vAlign w:val="center"/>
          </w:tcPr>
          <w:p>
            <w:pPr>
              <w:spacing w:after="0"/>
            </w:pPr>
            <w:r>
              <w:t>Date:</w:t>
            </w:r>
          </w:p>
        </w:tc>
      </w:tr>
      <w:tr>
        <w:trPr>
          <w:cantSplit/>
        </w:trPr>
        <w:tc>
          <w:tcPr>
            <w:tcW w:type="dxa" w:w="5285"/>
            <w:tcMar>
              <w:top w:w="65" w:type="dxa"/>
              <w:start w:w="90" w:type="dxa"/>
              <w:bottom w:w="65" w:type="dxa"/>
              <w:end w:w="90" w:type="dxa"/>
            </w:tcMar>
            <w:vAlign w:val="center"/>
          </w:tcPr>
          <w:p>
            <w:pPr>
              <w:spacing w:after="0"/>
            </w:pPr>
            <w:r>
              <w:t>Email / social handle (optional):</w:t>
            </w:r>
          </w:p>
        </w:tc>
        <w:tc>
          <w:tcPr>
            <w:tcW w:type="dxa" w:w="5285"/>
            <w:tcMar>
              <w:top w:w="65" w:type="dxa"/>
              <w:start w:w="90" w:type="dxa"/>
              <w:bottom w:w="65" w:type="dxa"/>
              <w:end w:w="90" w:type="dxa"/>
            </w:tcMar>
            <w:vAlign w:val="center"/>
          </w:tcPr>
          <w:p>
            <w:pPr>
              <w:spacing w:after="0"/>
            </w:pPr>
            <w:r>
              <w:t>Product name:</w:t>
            </w:r>
          </w:p>
        </w:tc>
      </w:tr>
      <w:tr>
        <w:trPr>
          <w:cantSplit/>
        </w:trPr>
        <w:tc>
          <w:tcPr>
            <w:tcW w:type="dxa" w:w="5285"/>
            <w:tcMar>
              <w:top w:w="65" w:type="dxa"/>
              <w:start w:w="90" w:type="dxa"/>
              <w:bottom w:w="65" w:type="dxa"/>
              <w:end w:w="90" w:type="dxa"/>
            </w:tcMar>
            <w:vAlign w:val="center"/>
          </w:tcPr>
          <w:p>
            <w:pPr>
              <w:spacing w:after="0"/>
            </w:pPr>
            <w:r>
              <w:t>Product type:  ☐ Candle   ☐ Wax melt   ☐ Ritual oil</w:t>
              <w:br/>
              <w:t>☐ Jewelry   ☐ Suncatcher   ☐ Other: ________</w:t>
            </w:r>
          </w:p>
        </w:tc>
        <w:tc>
          <w:tcPr>
            <w:tcW w:type="dxa" w:w="5285"/>
            <w:tcMar>
              <w:top w:w="65" w:type="dxa"/>
              <w:start w:w="90" w:type="dxa"/>
              <w:bottom w:w="65" w:type="dxa"/>
              <w:end w:w="90" w:type="dxa"/>
            </w:tcMar>
            <w:vAlign w:val="center"/>
          </w:tcPr>
          <w:p>
            <w:pPr>
              <w:spacing w:after="0"/>
            </w:pPr>
            <w:r>
              <w:t>How long have you used it? ______________</w:t>
            </w:r>
          </w:p>
        </w:tc>
      </w:tr>
      <w:tr>
        <w:trPr>
          <w:cantSplit/>
        </w:trPr>
        <w:tc>
          <w:tcPr>
            <w:tcW w:type="dxa" w:w="5285"/>
            <w:tcMar>
              <w:top w:w="65" w:type="dxa"/>
              <w:start w:w="90" w:type="dxa"/>
              <w:bottom w:w="65" w:type="dxa"/>
              <w:end w:w="90" w:type="dxa"/>
            </w:tcMar>
            <w:vAlign w:val="center"/>
          </w:tcPr>
          <w:p>
            <w:pPr>
              <w:spacing w:after="0"/>
            </w:pPr>
            <w:r>
              <w:t>Was this your first Ashfern &amp; Iron product?  ☐ Yes  ☐ No</w:t>
            </w:r>
          </w:p>
        </w:tc>
        <w:tc>
          <w:tcPr>
            <w:tcW w:type="dxa" w:w="5285"/>
            <w:tcMar>
              <w:top w:w="65" w:type="dxa"/>
              <w:start w:w="90" w:type="dxa"/>
              <w:bottom w:w="65" w:type="dxa"/>
              <w:end w:w="90" w:type="dxa"/>
            </w:tcMar>
            <w:vAlign w:val="center"/>
          </w:tcPr>
          <w:p>
            <w:pPr>
              <w:spacing w:after="0"/>
            </w:pPr>
            <w:r>
              <w:t>Was it a gift?  ☐ Yes  ☐ No</w:t>
            </w:r>
          </w:p>
        </w:tc>
      </w:tr>
    </w:tbl>
    <w:tbl>
      <w:tblPr>
        <w:tblW w:type="auto" w:w="0"/>
        <w:jc w:val="center"/>
        <w:tblLook w:firstColumn="1" w:firstRow="1" w:lastColumn="0" w:lastRow="0" w:noHBand="0" w:noVBand="1" w:val="04A0"/>
      </w:tblPr>
      <w:tblGrid>
        <w:gridCol w:w="10570"/>
      </w:tblGrid>
      <w:tr>
        <w:trPr>
          <w:cantSplit/>
        </w:trPr>
        <w:tc>
          <w:tcPr>
            <w:tcW w:type="dxa" w:w="10570"/>
            <w:shd w:fill="E8E1D5"/>
            <w:tcMar>
              <w:top w:w="40" w:type="dxa"/>
              <w:start w:w="100" w:type="dxa"/>
              <w:bottom w:w="40" w:type="dxa"/>
              <w:end w:w="100" w:type="dxa"/>
            </w:tcMar>
          </w:tcPr>
          <w:p>
            <w:pPr>
              <w:spacing w:after="0"/>
            </w:pPr>
            <w:r>
              <w:rPr>
                <w:rFonts w:ascii="Georgia" w:hAnsi="Georgia"/>
                <w:b/>
                <w:color w:val="414C39"/>
                <w:sz w:val="20"/>
              </w:rPr>
              <w:t>2. HOW YOU USED THE PRODUCT</w:t>
            </w:r>
          </w:p>
        </w:tc>
      </w:tr>
    </w:tbl>
    <w:p>
      <w:pPr>
        <w:spacing w:after="0" w:before="0"/>
      </w:pPr>
    </w:p>
    <w:p>
      <w:pPr>
        <w:spacing w:after="0"/>
      </w:pPr>
      <w:r>
        <w:rPr>
          <w:b/>
        </w:rPr>
        <w:t>What intention, atmosphere, ritual, or personal purpose did you use the product for?</w:t>
      </w:r>
    </w:p>
    <w:p>
      <w:pPr>
        <w:spacing w:after="0" w:line="204" w:lineRule="auto"/>
      </w:pPr>
      <w:r>
        <w:t>________________________________________________________________________________</w:t>
      </w:r>
    </w:p>
    <w:p>
      <w:pPr>
        <w:spacing w:after="0" w:line="204" w:lineRule="auto"/>
      </w:pPr>
      <w:r>
        <w:t>________________________________________________________________________________</w:t>
      </w:r>
    </w:p>
    <w:p>
      <w:pPr>
        <w:spacing w:after="0"/>
      </w:pPr>
      <w:r>
        <w:rPr>
          <w:b/>
        </w:rPr>
        <w:t>How did you use it? (Example: burned candle, warmed wax melt, anointed a ritual object, placed on an altar, wore the item, etc.)</w:t>
      </w:r>
    </w:p>
    <w:p>
      <w:pPr>
        <w:spacing w:after="0" w:line="204" w:lineRule="auto"/>
      </w:pPr>
      <w:r>
        <w:t>________________________________________________________________________________</w:t>
      </w:r>
    </w:p>
    <w:p>
      <w:pPr>
        <w:spacing w:after="0" w:line="204" w:lineRule="auto"/>
      </w:pPr>
      <w:r>
        <w:t>________________________________________________________________________________</w:t>
      </w:r>
    </w:p>
    <w:p>
      <w:pPr>
        <w:spacing w:after="0"/>
      </w:pPr>
      <w:r>
        <w:rPr>
          <w:b/>
        </w:rPr>
        <w:t>What did you notice about the scent, appearance, craftsmanship, or overall experience?</w:t>
      </w:r>
    </w:p>
    <w:p>
      <w:pPr>
        <w:spacing w:after="0" w:line="204" w:lineRule="auto"/>
      </w:pPr>
      <w:r>
        <w:t>________________________________________________________________________________</w:t>
      </w:r>
    </w:p>
    <w:p>
      <w:pPr>
        <w:spacing w:after="0" w:line="204" w:lineRule="auto"/>
      </w:pPr>
      <w:r>
        <w:t>________________________________________________________________________________</w:t>
      </w:r>
    </w:p>
    <w:tbl>
      <w:tblPr>
        <w:tblW w:type="auto" w:w="0"/>
        <w:jc w:val="center"/>
        <w:tblLook w:firstColumn="1" w:firstRow="1" w:lastColumn="0" w:lastRow="0" w:noHBand="0" w:noVBand="1" w:val="04A0"/>
      </w:tblPr>
      <w:tblGrid>
        <w:gridCol w:w="10570"/>
      </w:tblGrid>
      <w:tr>
        <w:trPr>
          <w:cantSplit/>
        </w:trPr>
        <w:tc>
          <w:tcPr>
            <w:tcW w:type="dxa" w:w="10570"/>
            <w:shd w:fill="E8E1D5"/>
            <w:tcMar>
              <w:top w:w="40" w:type="dxa"/>
              <w:start w:w="100" w:type="dxa"/>
              <w:bottom w:w="40" w:type="dxa"/>
              <w:end w:w="100" w:type="dxa"/>
            </w:tcMar>
          </w:tcPr>
          <w:p>
            <w:pPr>
              <w:spacing w:after="0"/>
            </w:pPr>
            <w:r>
              <w:rPr>
                <w:rFonts w:ascii="Georgia" w:hAnsi="Georgia"/>
                <w:b/>
                <w:color w:val="414C39"/>
                <w:sz w:val="20"/>
              </w:rPr>
              <w:t>3. YOUR EXPERIENCE AFTER USING IT</w:t>
            </w:r>
          </w:p>
        </w:tc>
      </w:tr>
    </w:tbl>
    <w:p>
      <w:pPr>
        <w:spacing w:after="0" w:before="0"/>
      </w:pPr>
    </w:p>
    <w:p>
      <w:pPr>
        <w:spacing w:after="40"/>
      </w:pPr>
      <w:r>
        <w:t>Which of the following best describe what you personally noticed? Check any that apply.</w:t>
      </w:r>
    </w:p>
    <w:p>
      <w:pPr>
        <w:spacing w:after="0" w:line="211" w:lineRule="auto"/>
        <w:ind w:left="173"/>
      </w:pPr>
      <w:r>
        <w:t>☐ Calmer / more peaceful atmosphere</w:t>
      </w:r>
    </w:p>
    <w:p>
      <w:pPr>
        <w:spacing w:after="0" w:line="211" w:lineRule="auto"/>
        <w:ind w:left="173"/>
      </w:pPr>
      <w:r>
        <w:t>☐ More focused or intentional</w:t>
      </w:r>
    </w:p>
    <w:p>
      <w:pPr>
        <w:spacing w:after="0" w:line="211" w:lineRule="auto"/>
        <w:ind w:left="173"/>
      </w:pPr>
      <w:r>
        <w:t>☐ More confident / motivated</w:t>
      </w:r>
    </w:p>
    <w:p>
      <w:pPr>
        <w:spacing w:after="0" w:line="211" w:lineRule="auto"/>
        <w:ind w:left="173"/>
      </w:pPr>
      <w:r>
        <w:t>☐ More connected to my spiritual practice</w:t>
      </w:r>
    </w:p>
    <w:p>
      <w:pPr>
        <w:spacing w:after="0" w:line="211" w:lineRule="auto"/>
        <w:ind w:left="173"/>
      </w:pPr>
      <w:r>
        <w:t>☐ More reflective / intuitive</w:t>
      </w:r>
    </w:p>
    <w:p>
      <w:pPr>
        <w:spacing w:after="0" w:line="211" w:lineRule="auto"/>
        <w:ind w:left="173"/>
      </w:pPr>
      <w:r>
        <w:t>☐ Comforted / grounded</w:t>
      </w:r>
    </w:p>
    <w:p>
      <w:pPr>
        <w:spacing w:after="0" w:line="211" w:lineRule="auto"/>
        <w:ind w:left="173"/>
      </w:pPr>
      <w:r>
        <w:t>☐ Felt more protected / secure</w:t>
      </w:r>
    </w:p>
    <w:p>
      <w:pPr>
        <w:spacing w:after="0" w:line="211" w:lineRule="auto"/>
        <w:ind w:left="173"/>
      </w:pPr>
      <w:r>
        <w:t>☐ Noticed a change in the mood of the space</w:t>
      </w:r>
    </w:p>
    <w:p>
      <w:pPr>
        <w:spacing w:after="0" w:line="211" w:lineRule="auto"/>
        <w:ind w:left="173"/>
      </w:pPr>
      <w:r>
        <w:t>☐ Enjoyed the sensory experience</w:t>
      </w:r>
    </w:p>
    <w:p>
      <w:pPr>
        <w:spacing w:after="0" w:line="211" w:lineRule="auto"/>
        <w:ind w:left="173"/>
      </w:pPr>
      <w:r>
        <w:t>☐ Did not notice a particular change</w:t>
      </w:r>
    </w:p>
    <w:p>
      <w:pPr>
        <w:spacing w:after="0" w:line="211" w:lineRule="auto"/>
        <w:ind w:left="173"/>
      </w:pPr>
      <w:r>
        <w:t>☐ Other: ________________________________________________</w:t>
      </w:r>
    </w:p>
    <w:p>
      <w:pPr>
        <w:spacing w:before="40" w:after="0"/>
      </w:pPr>
      <w:r>
        <w:rPr>
          <w:b/>
        </w:rPr>
        <w:t>Please describe what you experienced in your own words. Include timing, setting, or anything else you think mattered:</w:t>
      </w:r>
    </w:p>
    <w:p>
      <w:pPr>
        <w:spacing w:after="0" w:line="206" w:lineRule="auto"/>
      </w:pPr>
      <w:r>
        <w:t>________________________________________________________________________________</w:t>
      </w:r>
    </w:p>
    <w:p>
      <w:pPr>
        <w:spacing w:after="0" w:line="206" w:lineRule="auto"/>
      </w:pPr>
      <w:r>
        <w:t>________________________________________________________________________________</w:t>
      </w:r>
    </w:p>
    <w:p>
      <w:pPr>
        <w:spacing w:after="0" w:line="206" w:lineRule="auto"/>
      </w:pPr>
      <w:r>
        <w:t>________________________________________________________________________________</w:t>
      </w:r>
    </w:p>
    <w:p>
      <w:pPr>
        <w:spacing w:after="0" w:line="206" w:lineRule="auto"/>
      </w:pPr>
      <w:r>
        <w:t>________________________________________________________________________________</w:t>
      </w:r>
    </w:p>
    <w:tbl>
      <w:tblPr>
        <w:tblW w:type="auto" w:w="0"/>
        <w:jc w:val="center"/>
        <w:tblLook w:firstColumn="1" w:firstRow="1" w:lastColumn="0" w:lastRow="0" w:noHBand="0" w:noVBand="1" w:val="04A0"/>
      </w:tblPr>
      <w:tblGrid>
        <w:gridCol w:w="10570"/>
      </w:tblGrid>
      <w:tr>
        <w:trPr>
          <w:cantSplit/>
        </w:trPr>
        <w:tc>
          <w:tcPr>
            <w:tcW w:type="dxa" w:w="10570"/>
            <w:shd w:fill="E8E1D5"/>
            <w:tcMar>
              <w:top w:w="40" w:type="dxa"/>
              <w:start w:w="100" w:type="dxa"/>
              <w:bottom w:w="40" w:type="dxa"/>
              <w:end w:w="100" w:type="dxa"/>
            </w:tcMar>
          </w:tcPr>
          <w:p>
            <w:pPr>
              <w:spacing w:after="0"/>
            </w:pPr>
            <w:r>
              <w:rPr>
                <w:rFonts w:ascii="Georgia" w:hAnsi="Georgia"/>
                <w:b/>
                <w:color w:val="414C39"/>
                <w:sz w:val="20"/>
              </w:rPr>
              <w:t>4. PRODUCT PERFORMANCE</w:t>
            </w:r>
          </w:p>
        </w:tc>
      </w:tr>
    </w:tbl>
    <w:p>
      <w:pPr>
        <w:spacing w:after="0" w:before="0"/>
      </w:pPr>
    </w:p>
    <w:tbl>
      <w:tblPr>
        <w:tblStyle w:val="TableGrid"/>
        <w:tblW w:type="auto" w:w="0"/>
        <w:jc w:val="center"/>
        <w:tblLook w:firstColumn="1" w:firstRow="1" w:lastColumn="0" w:lastRow="0" w:noHBand="0" w:noVBand="1" w:val="04A0"/>
      </w:tblPr>
      <w:tblGrid>
        <w:gridCol w:w="5285"/>
        <w:gridCol w:w="5285"/>
      </w:tblGrid>
      <w:tr>
        <w:trPr>
          <w:cantSplit/>
        </w:trPr>
        <w:tc>
          <w:tcPr>
            <w:tcW w:type="dxa" w:w="5285"/>
            <w:tcMar>
              <w:top w:w="55" w:type="dxa"/>
              <w:start w:w="90" w:type="dxa"/>
              <w:bottom w:w="55" w:type="dxa"/>
              <w:end w:w="90" w:type="dxa"/>
            </w:tcMar>
          </w:tcPr>
          <w:p>
            <w:pPr>
              <w:spacing w:after="0"/>
            </w:pPr>
            <w:r>
              <w:t>Overall experience</w:t>
            </w:r>
          </w:p>
        </w:tc>
        <w:tc>
          <w:tcPr>
            <w:tcW w:type="dxa" w:w="5285"/>
            <w:tcMar>
              <w:top w:w="55" w:type="dxa"/>
              <w:start w:w="90" w:type="dxa"/>
              <w:bottom w:w="55" w:type="dxa"/>
              <w:end w:w="90" w:type="dxa"/>
            </w:tcMar>
          </w:tcPr>
          <w:p>
            <w:pPr>
              <w:spacing w:after="0"/>
            </w:pPr>
            <w:r>
              <w:t>☐ Excellent  ☐ Good  ☐ Fair  ☐ Poor</w:t>
            </w:r>
          </w:p>
        </w:tc>
      </w:tr>
      <w:tr>
        <w:trPr>
          <w:cantSplit/>
        </w:trPr>
        <w:tc>
          <w:tcPr>
            <w:tcW w:type="dxa" w:w="5285"/>
            <w:tcMar>
              <w:top w:w="55" w:type="dxa"/>
              <w:start w:w="90" w:type="dxa"/>
              <w:bottom w:w="55" w:type="dxa"/>
              <w:end w:w="90" w:type="dxa"/>
            </w:tcMar>
          </w:tcPr>
          <w:p>
            <w:pPr>
              <w:spacing w:after="0"/>
            </w:pPr>
            <w:r>
              <w:t>Scent strength (if applicable)</w:t>
            </w:r>
          </w:p>
        </w:tc>
        <w:tc>
          <w:tcPr>
            <w:tcW w:type="dxa" w:w="5285"/>
            <w:tcMar>
              <w:top w:w="55" w:type="dxa"/>
              <w:start w:w="90" w:type="dxa"/>
              <w:bottom w:w="55" w:type="dxa"/>
              <w:end w:w="90" w:type="dxa"/>
            </w:tcMar>
          </w:tcPr>
          <w:p>
            <w:pPr>
              <w:spacing w:after="0"/>
            </w:pPr>
            <w:r>
              <w:t>☐ Too light  ☐ Just right  ☐ Too strong  ☐ N/A</w:t>
            </w:r>
          </w:p>
        </w:tc>
      </w:tr>
      <w:tr>
        <w:trPr>
          <w:cantSplit/>
        </w:trPr>
        <w:tc>
          <w:tcPr>
            <w:tcW w:type="dxa" w:w="5285"/>
            <w:tcMar>
              <w:top w:w="55" w:type="dxa"/>
              <w:start w:w="90" w:type="dxa"/>
              <w:bottom w:w="55" w:type="dxa"/>
              <w:end w:w="90" w:type="dxa"/>
            </w:tcMar>
          </w:tcPr>
          <w:p>
            <w:pPr>
              <w:spacing w:after="0"/>
            </w:pPr>
            <w:r>
              <w:t>Appearance / presentation</w:t>
            </w:r>
          </w:p>
        </w:tc>
        <w:tc>
          <w:tcPr>
            <w:tcW w:type="dxa" w:w="5285"/>
            <w:tcMar>
              <w:top w:w="55" w:type="dxa"/>
              <w:start w:w="90" w:type="dxa"/>
              <w:bottom w:w="55" w:type="dxa"/>
              <w:end w:w="90" w:type="dxa"/>
            </w:tcMar>
          </w:tcPr>
          <w:p>
            <w:pPr>
              <w:spacing w:after="0"/>
            </w:pPr>
            <w:r>
              <w:t>☐ Excellent  ☐ Good  ☐ Fair  ☐ Poor</w:t>
            </w:r>
          </w:p>
        </w:tc>
      </w:tr>
      <w:tr>
        <w:trPr>
          <w:cantSplit/>
        </w:trPr>
        <w:tc>
          <w:tcPr>
            <w:tcW w:type="dxa" w:w="5285"/>
            <w:tcMar>
              <w:top w:w="55" w:type="dxa"/>
              <w:start w:w="90" w:type="dxa"/>
              <w:bottom w:w="55" w:type="dxa"/>
              <w:end w:w="90" w:type="dxa"/>
            </w:tcMar>
          </w:tcPr>
          <w:p>
            <w:pPr>
              <w:spacing w:after="0"/>
            </w:pPr>
            <w:r>
              <w:t>Would you use this product again?</w:t>
            </w:r>
          </w:p>
        </w:tc>
        <w:tc>
          <w:tcPr>
            <w:tcW w:type="dxa" w:w="5285"/>
            <w:tcMar>
              <w:top w:w="55" w:type="dxa"/>
              <w:start w:w="90" w:type="dxa"/>
              <w:bottom w:w="55" w:type="dxa"/>
              <w:end w:w="90" w:type="dxa"/>
            </w:tcMar>
          </w:tcPr>
          <w:p>
            <w:pPr>
              <w:spacing w:after="0"/>
            </w:pPr>
            <w:r>
              <w:t>☐ Yes  ☐ Maybe  ☐ No</w:t>
            </w:r>
          </w:p>
        </w:tc>
      </w:tr>
      <w:tr>
        <w:trPr>
          <w:cantSplit/>
        </w:trPr>
        <w:tc>
          <w:tcPr>
            <w:tcW w:type="dxa" w:w="5285"/>
            <w:tcMar>
              <w:top w:w="55" w:type="dxa"/>
              <w:start w:w="90" w:type="dxa"/>
              <w:bottom w:w="55" w:type="dxa"/>
              <w:end w:w="90" w:type="dxa"/>
            </w:tcMar>
          </w:tcPr>
          <w:p>
            <w:pPr>
              <w:spacing w:after="0"/>
            </w:pPr>
            <w:r>
              <w:t>Would you recommend it to someone else?</w:t>
            </w:r>
          </w:p>
        </w:tc>
        <w:tc>
          <w:tcPr>
            <w:tcW w:type="dxa" w:w="5285"/>
            <w:tcMar>
              <w:top w:w="55" w:type="dxa"/>
              <w:start w:w="90" w:type="dxa"/>
              <w:bottom w:w="55" w:type="dxa"/>
              <w:end w:w="90" w:type="dxa"/>
            </w:tcMar>
          </w:tcPr>
          <w:p>
            <w:pPr>
              <w:spacing w:after="0"/>
            </w:pPr>
            <w:r>
              <w:t>☐ Yes  ☐ Maybe  ☐ No</w:t>
            </w:r>
          </w:p>
        </w:tc>
      </w:tr>
    </w:tbl>
    <w:tbl>
      <w:tblPr>
        <w:tblW w:type="auto" w:w="0"/>
        <w:jc w:val="center"/>
        <w:tblLook w:firstColumn="1" w:firstRow="1" w:lastColumn="0" w:lastRow="0" w:noHBand="0" w:noVBand="1" w:val="04A0"/>
      </w:tblPr>
      <w:tblGrid>
        <w:gridCol w:w="10570"/>
      </w:tblGrid>
      <w:tr>
        <w:trPr>
          <w:cantSplit/>
        </w:trPr>
        <w:tc>
          <w:tcPr>
            <w:tcW w:type="dxa" w:w="10570"/>
            <w:shd w:fill="E8E1D5"/>
            <w:tcMar>
              <w:top w:w="40" w:type="dxa"/>
              <w:start w:w="100" w:type="dxa"/>
              <w:bottom w:w="40" w:type="dxa"/>
              <w:end w:w="100" w:type="dxa"/>
            </w:tcMar>
          </w:tcPr>
          <w:p>
            <w:pPr>
              <w:spacing w:after="0"/>
            </w:pPr>
            <w:r>
              <w:rPr>
                <w:rFonts w:ascii="Georgia" w:hAnsi="Georgia"/>
                <w:b/>
                <w:color w:val="414C39"/>
                <w:sz w:val="20"/>
              </w:rPr>
              <w:t>5. SAFETY / COMFORT</w:t>
            </w:r>
          </w:p>
        </w:tc>
      </w:tr>
    </w:tbl>
    <w:p>
      <w:pPr>
        <w:spacing w:after="0" w:before="0"/>
      </w:pPr>
    </w:p>
    <w:p>
      <w:pPr>
        <w:spacing w:after="20"/>
      </w:pPr>
      <w:r>
        <w:t>Did you experience any irritation, discomfort, headache, unexpected reaction, or product-performance issue?</w:t>
      </w:r>
    </w:p>
    <w:p>
      <w:pPr>
        <w:spacing w:after="0"/>
      </w:pPr>
      <w:r>
        <w:t>☐ No    ☐ Yes — please describe below:</w:t>
      </w:r>
    </w:p>
    <w:p>
      <w:pPr>
        <w:spacing w:after="0" w:line="206" w:lineRule="auto"/>
      </w:pPr>
      <w:r>
        <w:t>________________________________________________________________________________</w:t>
      </w:r>
    </w:p>
    <w:p>
      <w:pPr>
        <w:spacing w:after="0" w:line="206" w:lineRule="auto"/>
      </w:pPr>
      <w:r>
        <w:t>________________________________________________________________________________</w:t>
      </w:r>
    </w:p>
    <w:tbl>
      <w:tblPr>
        <w:tblW w:type="auto" w:w="0"/>
        <w:jc w:val="center"/>
        <w:tblLook w:firstColumn="1" w:firstRow="1" w:lastColumn="0" w:lastRow="0" w:noHBand="0" w:noVBand="1" w:val="04A0"/>
      </w:tblPr>
      <w:tblGrid>
        <w:gridCol w:w="10570"/>
      </w:tblGrid>
      <w:tr>
        <w:trPr>
          <w:cantSplit/>
        </w:trPr>
        <w:tc>
          <w:tcPr>
            <w:tcW w:type="dxa" w:w="10570"/>
            <w:shd w:fill="E8E1D5"/>
            <w:tcMar>
              <w:top w:w="40" w:type="dxa"/>
              <w:start w:w="100" w:type="dxa"/>
              <w:bottom w:w="40" w:type="dxa"/>
              <w:end w:w="100" w:type="dxa"/>
            </w:tcMar>
          </w:tcPr>
          <w:p>
            <w:pPr>
              <w:spacing w:after="0"/>
            </w:pPr>
            <w:r>
              <w:rPr>
                <w:rFonts w:ascii="Georgia" w:hAnsi="Georgia"/>
                <w:b/>
                <w:color w:val="414C39"/>
                <w:sz w:val="20"/>
              </w:rPr>
              <w:t>6. OPTIONAL TESTIMONIAL PERMISSION</w:t>
            </w:r>
          </w:p>
        </w:tc>
      </w:tr>
    </w:tbl>
    <w:p>
      <w:pPr>
        <w:spacing w:after="0" w:before="0"/>
      </w:pPr>
    </w:p>
    <w:p>
      <w:pPr>
        <w:spacing w:after="20"/>
      </w:pPr>
      <w:r>
        <w:t>May Ashfern &amp; Iron LLC quote all or part of your written feedback for marketing or product-development purposes?</w:t>
      </w:r>
    </w:p>
    <w:p>
      <w:pPr>
        <w:spacing w:after="40"/>
      </w:pPr>
      <w:r>
        <w:t>☐ Yes, with my first name    ☐ Yes, anonymously    ☐ No, please keep my feedback private</w:t>
      </w:r>
    </w:p>
    <w:p>
      <w:pPr>
        <w:spacing w:after="40"/>
      </w:pPr>
      <w:r>
        <w:t>If yes, what name or initials may we use? ________________________________________________</w:t>
      </w:r>
    </w:p>
    <w:p>
      <w:pPr>
        <w:spacing w:after="40"/>
      </w:pPr>
      <w:r>
        <w:t>Signature (optional): ______________________________________    Date: __________________</w:t>
      </w:r>
    </w:p>
    <w:tbl>
      <w:tblPr>
        <w:tblW w:type="auto" w:w="0"/>
        <w:jc w:val="center"/>
        <w:tblLook w:firstColumn="1" w:firstRow="1" w:lastColumn="0" w:lastRow="0" w:noHBand="0" w:noVBand="1" w:val="04A0"/>
      </w:tblPr>
      <w:tblGrid>
        <w:gridCol w:w="10570"/>
      </w:tblGrid>
      <w:tr>
        <w:trPr>
          <w:cantSplit/>
        </w:trPr>
        <w:tc>
          <w:tcPr>
            <w:tcW w:type="dxa" w:w="10570"/>
            <w:shd w:fill="E8E1D5"/>
            <w:tcMar>
              <w:top w:w="40" w:type="dxa"/>
              <w:start w:w="100" w:type="dxa"/>
              <w:bottom w:w="40" w:type="dxa"/>
              <w:end w:w="100" w:type="dxa"/>
            </w:tcMar>
          </w:tcPr>
          <w:p>
            <w:pPr>
              <w:spacing w:after="0"/>
            </w:pPr>
            <w:r>
              <w:rPr>
                <w:rFonts w:ascii="Georgia" w:hAnsi="Georgia"/>
                <w:b/>
                <w:color w:val="414C39"/>
                <w:sz w:val="20"/>
              </w:rPr>
              <w:t>7. ANYTHING ELSE YOU WANT US TO KNOW?</w:t>
            </w:r>
          </w:p>
        </w:tc>
      </w:tr>
    </w:tbl>
    <w:p>
      <w:pPr>
        <w:spacing w:after="0" w:before="0"/>
      </w:pPr>
    </w:p>
    <w:p>
      <w:pPr>
        <w:spacing w:after="0" w:line="206" w:lineRule="auto"/>
      </w:pPr>
      <w:r>
        <w:t>________________________________________________________________________________</w:t>
      </w:r>
    </w:p>
    <w:p>
      <w:pPr>
        <w:spacing w:after="0" w:line="206" w:lineRule="auto"/>
      </w:pPr>
      <w:r>
        <w:t>________________________________________________________________________________</w:t>
      </w:r>
    </w:p>
    <w:p>
      <w:pPr>
        <w:spacing w:after="0" w:line="206" w:lineRule="auto"/>
      </w:pPr>
      <w:r>
        <w:t>________________________________________________________________________________</w:t>
      </w:r>
    </w:p>
    <w:tbl>
      <w:tblPr>
        <w:tblStyle w:val="TableGrid"/>
        <w:tblW w:type="auto" w:w="0"/>
        <w:jc w:val="center"/>
        <w:tblLook w:firstColumn="1" w:firstRow="1" w:lastColumn="0" w:lastRow="0" w:noHBand="0" w:noVBand="1" w:val="04A0"/>
      </w:tblPr>
      <w:tblGrid>
        <w:gridCol w:w="10570"/>
      </w:tblGrid>
      <w:tr>
        <w:trPr>
          <w:cantSplit/>
        </w:trPr>
        <w:tc>
          <w:tcPr>
            <w:tcW w:type="dxa" w:w="10570"/>
            <w:shd w:fill="F3F0EA"/>
            <w:tcMar>
              <w:top w:w="70" w:type="dxa"/>
              <w:start w:w="100" w:type="dxa"/>
              <w:bottom w:w="70" w:type="dxa"/>
              <w:end w:w="100" w:type="dxa"/>
            </w:tcMar>
          </w:tcPr>
          <w:p>
            <w:pPr>
              <w:spacing w:after="0"/>
            </w:pPr>
            <w:r>
              <w:rPr>
                <w:b/>
                <w:sz w:val="16"/>
              </w:rPr>
              <w:t xml:space="preserve">Important: </w:t>
            </w:r>
            <w:r>
              <w:rPr>
                <w:sz w:val="16"/>
              </w:rPr>
              <w:t>This form asks only for your personal experience and observations. Ashfern &amp; Iron products are offered for spiritual, ritual, decorative, or home-fragrance use as labeled. Experiences are individual and spiritual results are not guaranteed. Product feedback is not medical evidence and should not be used to diagnose, treat, cure, or prevent any condition.</w:t>
            </w:r>
          </w:p>
        </w:tc>
      </w:tr>
    </w:tbl>
    <w:sectPr w:rsidR="00FC693F" w:rsidRPr="0006063C" w:rsidSect="00034616">
      <w:footerReference w:type="default" r:id="rId9"/>
      <w:pgSz w:w="12240" w:h="15840"/>
      <w:pgMar w:top="648" w:right="835" w:bottom="648"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5"/>
      </w:rPr>
      <w:t>Ashfern &amp; Iron LLC • Handcrafted in Oregon • Product Experience &amp; Feedback 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Ashfern &amp; Iron Product Experience &amp; Feedback Form</dc:title>
  <dc:subject/>
  <dc:creator>Ashfern &amp; Iron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